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597DAE" w14:textId="3A76D10B" w:rsidR="005F0D70" w:rsidRDefault="00000000">
      <w:pPr>
        <w:jc w:val="center"/>
      </w:pPr>
      <w:r>
        <w:rPr>
          <w:b/>
          <w:sz w:val="28"/>
        </w:rPr>
        <w:t>Officer's Request to Dismiss</w:t>
      </w:r>
      <w:r w:rsidR="002709C7">
        <w:rPr>
          <w:b/>
          <w:sz w:val="28"/>
        </w:rPr>
        <w:t xml:space="preserve"> </w:t>
      </w:r>
      <w:r>
        <w:rPr>
          <w:b/>
          <w:sz w:val="28"/>
        </w:rPr>
        <w:t>Traffic Ticket</w:t>
      </w:r>
    </w:p>
    <w:p w14:paraId="0B3741BF" w14:textId="77777777" w:rsidR="005F0D70" w:rsidRDefault="005F0D70"/>
    <w:p w14:paraId="61E20571" w14:textId="77777777" w:rsidR="005F0D70" w:rsidRDefault="00000000">
      <w:r>
        <w:t>Today's Date: ____________________________________________</w:t>
      </w:r>
    </w:p>
    <w:p w14:paraId="36F79DB6" w14:textId="77777777" w:rsidR="005F0D70" w:rsidRDefault="00000000">
      <w:r>
        <w:t>Ticket Number: __________________________________________</w:t>
      </w:r>
    </w:p>
    <w:p w14:paraId="345CE207" w14:textId="2E760A41" w:rsidR="002709C7" w:rsidRDefault="002709C7">
      <w:r>
        <w:t>Defendant’s Name: _______________________________________</w:t>
      </w:r>
    </w:p>
    <w:p w14:paraId="546A2AE7" w14:textId="77777777" w:rsidR="005F0D70" w:rsidRDefault="00000000">
      <w:r>
        <w:t>Charge: _________________________________________________</w:t>
      </w:r>
    </w:p>
    <w:p w14:paraId="07FCCD51" w14:textId="77777777" w:rsidR="005F0D70" w:rsidRDefault="005F0D70"/>
    <w:p w14:paraId="085D5766" w14:textId="77777777" w:rsidR="005F0D70" w:rsidRDefault="00000000">
      <w:r>
        <w:t>I, Officer ________________________________________, do hereby request that the above-listed ticket be dismissed for the following reason:</w:t>
      </w:r>
    </w:p>
    <w:p w14:paraId="7EF0314F" w14:textId="375590F0" w:rsidR="005F0D70" w:rsidRDefault="00000000">
      <w:r>
        <w:t>________________________________________________________________________</w:t>
      </w:r>
    </w:p>
    <w:p w14:paraId="5FA09776" w14:textId="2ED6E6F4" w:rsidR="005F0D70" w:rsidRDefault="00000000">
      <w:r>
        <w:t>________________________________________________________________________</w:t>
      </w:r>
    </w:p>
    <w:p w14:paraId="23CCB83D" w14:textId="35FBCF34" w:rsidR="005F0D70" w:rsidRDefault="00000000">
      <w:r>
        <w:t>Officer's Signature: ____________________________</w:t>
      </w:r>
      <w:r w:rsidR="002709C7">
        <w:t xml:space="preserve"> </w:t>
      </w:r>
      <w:r>
        <w:t>Badge Number: ______________</w:t>
      </w:r>
    </w:p>
    <w:p w14:paraId="7FC4CAC2" w14:textId="77777777" w:rsidR="005F0D70" w:rsidRDefault="005F0D70"/>
    <w:p w14:paraId="3BA36312" w14:textId="0EEF63D5" w:rsidR="005F0D70" w:rsidRDefault="00000000">
      <w:r>
        <w:t xml:space="preserve">Request received and filed by: _____________________________________     </w:t>
      </w:r>
      <w:r w:rsidR="002709C7">
        <w:t xml:space="preserve">     </w:t>
      </w:r>
      <w:r>
        <w:t>SEAL</w:t>
      </w:r>
    </w:p>
    <w:p w14:paraId="0F7E6B30" w14:textId="304F346A" w:rsidR="005F0D70" w:rsidRDefault="00000000">
      <w:r>
        <w:t>Date: ___________________</w:t>
      </w:r>
    </w:p>
    <w:p w14:paraId="7FE2D358" w14:textId="0E2178B7" w:rsidR="005F0D70" w:rsidRDefault="002709C7">
      <w:r>
        <w:br/>
      </w:r>
    </w:p>
    <w:p w14:paraId="7B5B52BC" w14:textId="7CDC2542" w:rsidR="002709C7" w:rsidRPr="002709C7" w:rsidRDefault="002709C7" w:rsidP="002709C7">
      <w:pPr>
        <w:jc w:val="center"/>
        <w:rPr>
          <w:b/>
          <w:bCs/>
          <w:sz w:val="28"/>
          <w:szCs w:val="24"/>
        </w:rPr>
      </w:pPr>
      <w:r w:rsidRPr="002709C7">
        <w:rPr>
          <w:b/>
          <w:bCs/>
          <w:sz w:val="28"/>
          <w:szCs w:val="24"/>
        </w:rPr>
        <w:t>ORDER</w:t>
      </w:r>
    </w:p>
    <w:p w14:paraId="17F068F1" w14:textId="714F2C41" w:rsidR="005F0D70" w:rsidRDefault="00000000">
      <w:pPr>
        <w:jc w:val="both"/>
      </w:pPr>
      <w:r>
        <w:rPr>
          <w:b/>
        </w:rPr>
        <w:t xml:space="preserve">IT IS, THEREFORE, ORDERED </w:t>
      </w:r>
      <w:r>
        <w:t>that the above listed ticket be and is hereby dismissed and the Defendant shall not be assessed court costs.</w:t>
      </w:r>
    </w:p>
    <w:p w14:paraId="1F81035E" w14:textId="5D6CC29B" w:rsidR="005F0D70" w:rsidRDefault="00000000">
      <w:pPr>
        <w:jc w:val="center"/>
      </w:pPr>
      <w:r>
        <w:rPr>
          <w:b/>
        </w:rPr>
        <w:t xml:space="preserve">SO, ORDERED </w:t>
      </w:r>
      <w:r>
        <w:t xml:space="preserve">this the ______ day </w:t>
      </w:r>
      <w:r w:rsidR="002709C7">
        <w:t xml:space="preserve">of </w:t>
      </w:r>
      <w:r w:rsidR="00DB579D">
        <w:t>___________________, 20__</w:t>
      </w:r>
      <w:r>
        <w:t>______.</w:t>
      </w:r>
    </w:p>
    <w:p w14:paraId="336AE9EB" w14:textId="01DCC941" w:rsidR="005F0D70" w:rsidRDefault="005F0D70"/>
    <w:p w14:paraId="279C9BC3" w14:textId="77777777" w:rsidR="005F0D70" w:rsidRDefault="00000000">
      <w:pPr>
        <w:jc w:val="right"/>
      </w:pPr>
      <w:r>
        <w:t>__________________________________</w:t>
      </w:r>
      <w:r>
        <w:br/>
        <w:t>Municipal Court Judge</w:t>
      </w:r>
    </w:p>
    <w:sectPr w:rsidR="005F0D70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102943785">
    <w:abstractNumId w:val="8"/>
  </w:num>
  <w:num w:numId="2" w16cid:durableId="2117871914">
    <w:abstractNumId w:val="6"/>
  </w:num>
  <w:num w:numId="3" w16cid:durableId="2088304760">
    <w:abstractNumId w:val="5"/>
  </w:num>
  <w:num w:numId="4" w16cid:durableId="1278441029">
    <w:abstractNumId w:val="4"/>
  </w:num>
  <w:num w:numId="5" w16cid:durableId="1982465460">
    <w:abstractNumId w:val="7"/>
  </w:num>
  <w:num w:numId="6" w16cid:durableId="1101529565">
    <w:abstractNumId w:val="3"/>
  </w:num>
  <w:num w:numId="7" w16cid:durableId="522210602">
    <w:abstractNumId w:val="2"/>
  </w:num>
  <w:num w:numId="8" w16cid:durableId="1904412922">
    <w:abstractNumId w:val="1"/>
  </w:num>
  <w:num w:numId="9" w16cid:durableId="4329400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60644"/>
    <w:rsid w:val="0015074B"/>
    <w:rsid w:val="002709C7"/>
    <w:rsid w:val="0029639D"/>
    <w:rsid w:val="00326F90"/>
    <w:rsid w:val="00414E07"/>
    <w:rsid w:val="005F0D70"/>
    <w:rsid w:val="00AA1D8D"/>
    <w:rsid w:val="00B47730"/>
    <w:rsid w:val="00CB0664"/>
    <w:rsid w:val="00DB579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28BD187"/>
  <w14:defaultImageDpi w14:val="300"/>
  <w15:docId w15:val="{2B4F4515-8992-4F0A-8A5B-1561B0ED8B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125</Words>
  <Characters>897</Characters>
  <Application>Microsoft Office Word</Application>
  <DocSecurity>0</DocSecurity>
  <Lines>34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1010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Nickie Denley</cp:lastModifiedBy>
  <cp:revision>2</cp:revision>
  <dcterms:created xsi:type="dcterms:W3CDTF">2026-07-04T02:00:00Z</dcterms:created>
  <dcterms:modified xsi:type="dcterms:W3CDTF">2026-07-04T02:00:00Z</dcterms:modified>
  <cp:category/>
</cp:coreProperties>
</file>